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FAKTURA</w:t>
      </w:r>
    </w:p>
    <w:p>
      <w:r>
        <w:rPr>
          <w:color w:val="6B7280"/>
          <w:sz w:val="17"/>
        </w:rPr>
        <w:t>Sprzedaż zwolniona od podatku VAT</w:t>
      </w:r>
    </w:p>
    <w:p>
      <w:pPr>
        <w:spacing w:before="200"/>
      </w:pPr>
      <w:r>
        <w:rPr>
          <w:b/>
          <w:sz w:val="18"/>
        </w:rPr>
        <w:t>FAKTURA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Numer faktury</w:t>
            </w:r>
          </w:p>
        </w:tc>
        <w:tc>
          <w:tcPr>
            <w:tcW w:type="dxa" w:w="2545"/>
          </w:tcPr>
          <w:p/>
        </w:tc>
        <w:tc>
          <w:tcPr>
            <w:tcW w:type="dxa" w:w="2545"/>
          </w:tcPr>
          <w:p>
            <w:r>
              <w:rPr>
                <w:b/>
              </w:rPr>
              <w:t>Data wystawienia</w:t>
            </w:r>
          </w:p>
        </w:tc>
        <w:tc>
          <w:tcPr>
            <w:tcW w:type="dxa" w:w="2545"/>
          </w:tcPr>
          <w:p/>
        </w:tc>
      </w:tr>
      <w:tr>
        <w:tc>
          <w:tcPr>
            <w:tcW w:type="dxa" w:w="2545"/>
          </w:tcPr>
          <w:p>
            <w:r>
              <w:rPr>
                <w:b/>
              </w:rPr>
              <w:t>Data wykonania usługi / dostawy</w:t>
            </w:r>
          </w:p>
        </w:tc>
        <w:tc>
          <w:tcPr>
            <w:tcW w:type="dxa" w:w="2545"/>
          </w:tcPr>
          <w:p/>
        </w:tc>
        <w:tc>
          <w:tcPr>
            <w:tcW w:type="dxa" w:w="2545"/>
          </w:tcPr>
          <w:p>
            <w:r>
              <w:rPr>
                <w:b/>
              </w:rPr>
              <w:t>Miejsce wystawienia</w:t>
            </w:r>
          </w:p>
        </w:tc>
        <w:tc>
          <w:tcPr>
            <w:tcW w:type="dxa" w:w="2545"/>
          </w:tcPr>
          <w:p/>
        </w:tc>
      </w:tr>
    </w:tbl>
    <w:p>
      <w:pPr>
        <w:spacing w:before="200"/>
      </w:pPr>
      <w:r>
        <w:rPr>
          <w:b/>
          <w:sz w:val="18"/>
        </w:rPr>
        <w:t>SPRZEDAWCA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Imię i nazwisko lub nazwa</w:t>
            </w:r>
          </w:p>
        </w:tc>
        <w:tc>
          <w:tcPr>
            <w:tcW w:type="dxa" w:w="2545"/>
          </w:tcPr>
          <w:p/>
        </w:tc>
        <w:tc>
          <w:tcPr>
            <w:tcW w:type="dxa" w:w="2545"/>
          </w:tcPr>
          <w:p>
            <w:r>
              <w:rPr>
                <w:b/>
              </w:rPr>
              <w:t>NIP</w:t>
            </w:r>
          </w:p>
        </w:tc>
        <w:tc>
          <w:tcPr>
            <w:tcW w:type="dxa" w:w="2545"/>
          </w:tcPr>
          <w:p/>
        </w:tc>
      </w:tr>
      <w:tr>
        <w:tc>
          <w:tcPr>
            <w:tcW w:type="dxa" w:w="2545"/>
          </w:tcPr>
          <w:p>
            <w:r>
              <w:rPr>
                <w:b/>
              </w:rPr>
              <w:t>Adres</w:t>
            </w:r>
          </w:p>
        </w:tc>
        <w:tc>
          <w:tcPr>
            <w:tcW w:type="dxa" w:w="2545"/>
          </w:tcPr>
          <w:p/>
        </w:tc>
        <w:tc>
          <w:tcPr>
            <w:tcW w:type="dxa" w:w="2545"/>
          </w:tcPr>
          <w:p>
            <w:r>
              <w:rPr>
                <w:b/>
              </w:rPr>
              <w:t>Telefon / e-mail</w:t>
            </w:r>
          </w:p>
        </w:tc>
        <w:tc>
          <w:tcPr>
            <w:tcW w:type="dxa" w:w="2545"/>
          </w:tcPr>
          <w:p/>
        </w:tc>
      </w:tr>
    </w:tbl>
    <w:p>
      <w:pPr>
        <w:spacing w:before="200"/>
      </w:pPr>
      <w:r>
        <w:rPr>
          <w:b/>
          <w:sz w:val="18"/>
        </w:rPr>
        <w:t>NABYWCA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Imię i nazwisko lub nazwa</w:t>
            </w:r>
          </w:p>
        </w:tc>
        <w:tc>
          <w:tcPr>
            <w:tcW w:type="dxa" w:w="2545"/>
          </w:tcPr>
          <w:p/>
        </w:tc>
        <w:tc>
          <w:tcPr>
            <w:tcW w:type="dxa" w:w="2545"/>
          </w:tcPr>
          <w:p>
            <w:r>
              <w:rPr>
                <w:b/>
              </w:rPr>
              <w:t>NIP (tylko gdy nabywca go ma)</w:t>
            </w:r>
          </w:p>
        </w:tc>
        <w:tc>
          <w:tcPr>
            <w:tcW w:type="dxa" w:w="2545"/>
          </w:tcPr>
          <w:p/>
        </w:tc>
      </w:tr>
      <w:tr>
        <w:tc>
          <w:tcPr>
            <w:tcW w:type="dxa" w:w="2545"/>
          </w:tcPr>
          <w:p>
            <w:r>
              <w:rPr>
                <w:b/>
              </w:rPr>
              <w:t>Adres</w:t>
            </w:r>
          </w:p>
        </w:tc>
        <w:tc>
          <w:tcPr>
            <w:tcW w:type="dxa" w:w="2545"/>
          </w:tcPr>
          <w:p/>
        </w:tc>
        <w:tc>
          <w:tcPr>
            <w:tcW w:type="dxa" w:w="2545"/>
          </w:tcPr>
          <w:p/>
        </w:tc>
        <w:tc>
          <w:tcPr>
            <w:tcW w:type="dxa" w:w="2545"/>
          </w:tcPr>
          <w:p/>
        </w:tc>
      </w:tr>
    </w:tbl>
    <w:p>
      <w:pPr>
        <w:spacing w:before="200"/>
      </w:pPr>
      <w:r>
        <w:rPr>
          <w:b/>
          <w:sz w:val="18"/>
        </w:rPr>
        <w:t>POZYCJE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97"/>
        <w:gridCol w:w="1697"/>
        <w:gridCol w:w="1697"/>
        <w:gridCol w:w="1697"/>
        <w:gridCol w:w="1697"/>
        <w:gridCol w:w="1697"/>
      </w:tblGrid>
      <w:tr>
        <w:tc>
          <w:tcPr>
            <w:tcW w:type="dxa" w:w="631"/>
          </w:tcPr>
          <w:p>
            <w:r>
              <w:rPr>
                <w:b/>
              </w:rPr>
              <w:t>Lp.</w:t>
            </w:r>
          </w:p>
        </w:tc>
        <w:tc>
          <w:tcPr>
            <w:tcW w:type="dxa" w:w="4625"/>
          </w:tcPr>
          <w:p>
            <w:r>
              <w:rPr>
                <w:b/>
              </w:rPr>
              <w:t>Nazwa towaru lub usługi</w:t>
            </w:r>
          </w:p>
        </w:tc>
        <w:tc>
          <w:tcPr>
            <w:tcW w:type="dxa" w:w="841"/>
          </w:tcPr>
          <w:p>
            <w:r>
              <w:rPr>
                <w:b/>
              </w:rPr>
              <w:t>J.m.</w:t>
            </w:r>
          </w:p>
        </w:tc>
        <w:tc>
          <w:tcPr>
            <w:tcW w:type="dxa" w:w="1051"/>
          </w:tcPr>
          <w:p>
            <w:r>
              <w:rPr>
                <w:b/>
              </w:rPr>
              <w:t>Ilość</w:t>
            </w:r>
          </w:p>
        </w:tc>
        <w:tc>
          <w:tcPr>
            <w:tcW w:type="dxa" w:w="1577"/>
          </w:tcPr>
          <w:p>
            <w:r>
              <w:rPr>
                <w:b/>
              </w:rPr>
              <w:t>Cena jedn.</w:t>
            </w:r>
          </w:p>
        </w:tc>
        <w:tc>
          <w:tcPr>
            <w:tcW w:type="dxa" w:w="1787"/>
          </w:tcPr>
          <w:p>
            <w:r>
              <w:rPr>
                <w:b/>
              </w:rPr>
              <w:t>Wartość</w:t>
            </w:r>
          </w:p>
        </w:tc>
      </w:tr>
      <w:tr>
        <w:tc>
          <w:tcPr>
            <w:tcW w:type="dxa" w:w="631"/>
          </w:tcPr>
          <w:p/>
        </w:tc>
        <w:tc>
          <w:tcPr>
            <w:tcW w:type="dxa" w:w="4625"/>
          </w:tcPr>
          <w:p/>
        </w:tc>
        <w:tc>
          <w:tcPr>
            <w:tcW w:type="dxa" w:w="841"/>
          </w:tcPr>
          <w:p/>
        </w:tc>
        <w:tc>
          <w:tcPr>
            <w:tcW w:type="dxa" w:w="1051"/>
          </w:tcPr>
          <w:p/>
        </w:tc>
        <w:tc>
          <w:tcPr>
            <w:tcW w:type="dxa" w:w="1577"/>
          </w:tcPr>
          <w:p/>
        </w:tc>
        <w:tc>
          <w:tcPr>
            <w:tcW w:type="dxa" w:w="1787"/>
          </w:tcPr>
          <w:p/>
        </w:tc>
      </w:tr>
      <w:tr>
        <w:tc>
          <w:tcPr>
            <w:tcW w:type="dxa" w:w="631"/>
          </w:tcPr>
          <w:p/>
        </w:tc>
        <w:tc>
          <w:tcPr>
            <w:tcW w:type="dxa" w:w="4625"/>
          </w:tcPr>
          <w:p/>
        </w:tc>
        <w:tc>
          <w:tcPr>
            <w:tcW w:type="dxa" w:w="841"/>
          </w:tcPr>
          <w:p/>
        </w:tc>
        <w:tc>
          <w:tcPr>
            <w:tcW w:type="dxa" w:w="1051"/>
          </w:tcPr>
          <w:p/>
        </w:tc>
        <w:tc>
          <w:tcPr>
            <w:tcW w:type="dxa" w:w="1577"/>
          </w:tcPr>
          <w:p/>
        </w:tc>
        <w:tc>
          <w:tcPr>
            <w:tcW w:type="dxa" w:w="1787"/>
          </w:tcPr>
          <w:p/>
        </w:tc>
      </w:tr>
      <w:tr>
        <w:tc>
          <w:tcPr>
            <w:tcW w:type="dxa" w:w="631"/>
          </w:tcPr>
          <w:p/>
        </w:tc>
        <w:tc>
          <w:tcPr>
            <w:tcW w:type="dxa" w:w="4625"/>
          </w:tcPr>
          <w:p/>
        </w:tc>
        <w:tc>
          <w:tcPr>
            <w:tcW w:type="dxa" w:w="841"/>
          </w:tcPr>
          <w:p/>
        </w:tc>
        <w:tc>
          <w:tcPr>
            <w:tcW w:type="dxa" w:w="1051"/>
          </w:tcPr>
          <w:p/>
        </w:tc>
        <w:tc>
          <w:tcPr>
            <w:tcW w:type="dxa" w:w="1577"/>
          </w:tcPr>
          <w:p/>
        </w:tc>
        <w:tc>
          <w:tcPr>
            <w:tcW w:type="dxa" w:w="1787"/>
          </w:tcPr>
          <w:p/>
        </w:tc>
      </w:tr>
      <w:tr>
        <w:tc>
          <w:tcPr>
            <w:tcW w:type="dxa" w:w="631"/>
          </w:tcPr>
          <w:p/>
        </w:tc>
        <w:tc>
          <w:tcPr>
            <w:tcW w:type="dxa" w:w="4625"/>
          </w:tcPr>
          <w:p/>
        </w:tc>
        <w:tc>
          <w:tcPr>
            <w:tcW w:type="dxa" w:w="841"/>
          </w:tcPr>
          <w:p/>
        </w:tc>
        <w:tc>
          <w:tcPr>
            <w:tcW w:type="dxa" w:w="1051"/>
          </w:tcPr>
          <w:p/>
        </w:tc>
        <w:tc>
          <w:tcPr>
            <w:tcW w:type="dxa" w:w="1577"/>
          </w:tcPr>
          <w:p/>
        </w:tc>
        <w:tc>
          <w:tcPr>
            <w:tcW w:type="dxa" w:w="1787"/>
          </w:tcPr>
          <w:p/>
        </w:tc>
      </w:tr>
      <w:tr>
        <w:tc>
          <w:tcPr>
            <w:tcW w:type="dxa" w:w="631"/>
          </w:tcPr>
          <w:p/>
        </w:tc>
        <w:tc>
          <w:tcPr>
            <w:tcW w:type="dxa" w:w="4625"/>
          </w:tcPr>
          <w:p/>
        </w:tc>
        <w:tc>
          <w:tcPr>
            <w:tcW w:type="dxa" w:w="841"/>
          </w:tcPr>
          <w:p/>
        </w:tc>
        <w:tc>
          <w:tcPr>
            <w:tcW w:type="dxa" w:w="1051"/>
          </w:tcPr>
          <w:p/>
        </w:tc>
        <w:tc>
          <w:tcPr>
            <w:tcW w:type="dxa" w:w="1577"/>
          </w:tcPr>
          <w:p/>
        </w:tc>
        <w:tc>
          <w:tcPr>
            <w:tcW w:type="dxa" w:w="1787"/>
          </w:tcPr>
          <w:p/>
        </w:tc>
      </w:tr>
      <w:tr>
        <w:tc>
          <w:tcPr>
            <w:tcW w:type="dxa" w:w="631"/>
          </w:tcPr>
          <w:p/>
        </w:tc>
        <w:tc>
          <w:tcPr>
            <w:tcW w:type="dxa" w:w="4625"/>
          </w:tcPr>
          <w:p/>
        </w:tc>
        <w:tc>
          <w:tcPr>
            <w:tcW w:type="dxa" w:w="841"/>
          </w:tcPr>
          <w:p/>
        </w:tc>
        <w:tc>
          <w:tcPr>
            <w:tcW w:type="dxa" w:w="1051"/>
          </w:tcPr>
          <w:p/>
        </w:tc>
        <w:tc>
          <w:tcPr>
            <w:tcW w:type="dxa" w:w="1577"/>
          </w:tcPr>
          <w:p/>
        </w:tc>
        <w:tc>
          <w:tcPr>
            <w:tcW w:type="dxa" w:w="1787"/>
          </w:tcPr>
          <w:p/>
        </w:tc>
      </w:tr>
      <w:tr>
        <w:tc>
          <w:tcPr>
            <w:tcW w:type="dxa" w:w="631"/>
          </w:tcPr>
          <w:p/>
        </w:tc>
        <w:tc>
          <w:tcPr>
            <w:tcW w:type="dxa" w:w="4625"/>
          </w:tcPr>
          <w:p/>
        </w:tc>
        <w:tc>
          <w:tcPr>
            <w:tcW w:type="dxa" w:w="841"/>
          </w:tcPr>
          <w:p/>
        </w:tc>
        <w:tc>
          <w:tcPr>
            <w:tcW w:type="dxa" w:w="1051"/>
          </w:tcPr>
          <w:p/>
        </w:tc>
        <w:tc>
          <w:tcPr>
            <w:tcW w:type="dxa" w:w="1577"/>
          </w:tcPr>
          <w:p/>
        </w:tc>
        <w:tc>
          <w:tcPr>
            <w:tcW w:type="dxa" w:w="1787"/>
          </w:tcPr>
          <w:p/>
        </w:tc>
      </w:tr>
      <w:tr>
        <w:tc>
          <w:tcPr>
            <w:tcW w:type="dxa" w:w="631"/>
          </w:tcPr>
          <w:p/>
        </w:tc>
        <w:tc>
          <w:tcPr>
            <w:tcW w:type="dxa" w:w="4625"/>
          </w:tcPr>
          <w:p/>
        </w:tc>
        <w:tc>
          <w:tcPr>
            <w:tcW w:type="dxa" w:w="841"/>
          </w:tcPr>
          <w:p/>
        </w:tc>
        <w:tc>
          <w:tcPr>
            <w:tcW w:type="dxa" w:w="1051"/>
          </w:tcPr>
          <w:p/>
        </w:tc>
        <w:tc>
          <w:tcPr>
            <w:tcW w:type="dxa" w:w="1577"/>
          </w:tcPr>
          <w:p/>
        </w:tc>
        <w:tc>
          <w:tcPr>
            <w:tcW w:type="dxa" w:w="1787"/>
          </w:tcPr>
          <w:p/>
        </w:tc>
      </w:tr>
      <w:tr>
        <w:tc>
          <w:tcPr>
            <w:tcW w:type="dxa" w:w="631"/>
          </w:tcPr>
          <w:p/>
        </w:tc>
        <w:tc>
          <w:tcPr>
            <w:tcW w:type="dxa" w:w="4625"/>
          </w:tcPr>
          <w:p/>
        </w:tc>
        <w:tc>
          <w:tcPr>
            <w:tcW w:type="dxa" w:w="841"/>
          </w:tcPr>
          <w:p/>
        </w:tc>
        <w:tc>
          <w:tcPr>
            <w:tcW w:type="dxa" w:w="1051"/>
          </w:tcPr>
          <w:p/>
        </w:tc>
        <w:tc>
          <w:tcPr>
            <w:tcW w:type="dxa" w:w="1577"/>
          </w:tcPr>
          <w:p/>
        </w:tc>
        <w:tc>
          <w:tcPr>
            <w:tcW w:type="dxa" w:w="1787"/>
          </w:tcPr>
          <w:p/>
        </w:tc>
      </w:tr>
      <w:tr>
        <w:tc>
          <w:tcPr>
            <w:tcW w:type="dxa" w:w="631"/>
          </w:tcPr>
          <w:p/>
        </w:tc>
        <w:tc>
          <w:tcPr>
            <w:tcW w:type="dxa" w:w="4625"/>
          </w:tcPr>
          <w:p/>
        </w:tc>
        <w:tc>
          <w:tcPr>
            <w:tcW w:type="dxa" w:w="841"/>
          </w:tcPr>
          <w:p/>
        </w:tc>
        <w:tc>
          <w:tcPr>
            <w:tcW w:type="dxa" w:w="1051"/>
          </w:tcPr>
          <w:p/>
        </w:tc>
        <w:tc>
          <w:tcPr>
            <w:tcW w:type="dxa" w:w="1577"/>
          </w:tcPr>
          <w:p/>
        </w:tc>
        <w:tc>
          <w:tcPr>
            <w:tcW w:type="dxa" w:w="1787"/>
          </w:tcPr>
          <w:p/>
        </w:tc>
      </w:tr>
    </w:tbl>
    <w:p>
      <w:pPr>
        <w:spacing w:before="200"/>
      </w:pPr>
      <w:r>
        <w:rPr>
          <w:b/>
          <w:sz w:val="18"/>
        </w:rPr>
        <w:t>DO ZAPŁATY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Razem do zapłaty</w:t>
            </w:r>
          </w:p>
        </w:tc>
        <w:tc>
          <w:tcPr>
            <w:tcW w:type="dxa" w:w="2545"/>
          </w:tcPr>
          <w:p/>
        </w:tc>
        <w:tc>
          <w:tcPr>
            <w:tcW w:type="dxa" w:w="2545"/>
          </w:tcPr>
          <w:p>
            <w:r>
              <w:rPr>
                <w:b/>
              </w:rPr>
              <w:t>Słownie</w:t>
            </w:r>
          </w:p>
        </w:tc>
        <w:tc>
          <w:tcPr>
            <w:tcW w:type="dxa" w:w="2545"/>
          </w:tcPr>
          <w:p/>
        </w:tc>
      </w:tr>
      <w:tr>
        <w:tc>
          <w:tcPr>
            <w:tcW w:type="dxa" w:w="2545"/>
          </w:tcPr>
          <w:p>
            <w:r>
              <w:rPr>
                <w:b/>
              </w:rPr>
              <w:t>Sposób zapłaty</w:t>
            </w:r>
          </w:p>
        </w:tc>
        <w:tc>
          <w:tcPr>
            <w:tcW w:type="dxa" w:w="2545"/>
          </w:tcPr>
          <w:p/>
        </w:tc>
        <w:tc>
          <w:tcPr>
            <w:tcW w:type="dxa" w:w="2545"/>
          </w:tcPr>
          <w:p>
            <w:r>
              <w:rPr>
                <w:b/>
              </w:rPr>
              <w:t>Termin płatności</w:t>
            </w:r>
          </w:p>
        </w:tc>
        <w:tc>
          <w:tcPr>
            <w:tcW w:type="dxa" w:w="2545"/>
          </w:tcPr>
          <w:p/>
        </w:tc>
      </w:tr>
      <w:tr>
        <w:tc>
          <w:tcPr>
            <w:tcW w:type="dxa" w:w="2545"/>
          </w:tcPr>
          <w:p>
            <w:r>
              <w:rPr>
                <w:b/>
              </w:rPr>
              <w:t>Numer rachunku</w:t>
            </w:r>
          </w:p>
        </w:tc>
        <w:tc>
          <w:tcPr>
            <w:tcW w:type="dxa" w:w="2545"/>
          </w:tcPr>
          <w:p/>
        </w:tc>
        <w:tc>
          <w:tcPr>
            <w:tcW w:type="dxa" w:w="2545"/>
          </w:tcPr>
          <w:p>
            <w:r>
              <w:rPr>
                <w:b/>
              </w:rPr>
              <w:t>Tytuł przelewu</w:t>
            </w:r>
          </w:p>
        </w:tc>
        <w:tc>
          <w:tcPr>
            <w:tcW w:type="dxa" w:w="2545"/>
          </w:tcPr>
          <w:p/>
        </w:tc>
      </w:tr>
    </w:tbl>
    <w:p>
      <w:pPr>
        <w:spacing w:before="200"/>
      </w:pPr>
      <w:r>
        <w:rPr>
          <w:b/>
          <w:sz w:val="18"/>
        </w:rPr>
        <w:t>PODSTAWA PRAWNA ZWOLNIENIA Z VAT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181"/>
      </w:tblGrid>
      <w:tr>
        <w:tc>
          <w:tcPr>
            <w:tcW w:type="dxa" w:w="10181"/>
          </w:tcPr>
          <w:p>
            <w:r>
              <w:t>Sprzedawca zwolniony z VAT na podstawie art. 113 ust. 1 ustawy o podatku od towarów i usług.</w:t>
              <w:br/>
            </w:r>
          </w:p>
        </w:tc>
      </w:tr>
    </w:tbl>
    <w:p>
      <w:pPr>
        <w:spacing w:before="200"/>
      </w:pPr>
      <w:r>
        <w:rPr>
          <w:b/>
          <w:sz w:val="18"/>
        </w:rPr>
        <w:t>UWAGI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181"/>
      </w:tblGrid>
      <w:tr>
        <w:tc>
          <w:tcPr>
            <w:tcW w:type="dxa" w:w="10181"/>
          </w:tcPr>
          <w:p>
            <w:r>
              <w:br/>
            </w:r>
          </w:p>
        </w:tc>
      </w:tr>
    </w:tbl>
    <w:p>
      <w:r>
        <w:rPr>
          <w:color w:val="6B7280"/>
          <w:sz w:val="15"/>
        </w:rPr>
        <w:t>Darmowy wzór z vraylo.com · Fakturę z kodem QR do przelewu wystawisz na iPhonie: aplikacja „Kosztorys i Faktury: Wycena” (App Store)</w:t>
      </w:r>
    </w:p>
    <w:sectPr w:rsidR="00FC693F" w:rsidRPr="0006063C" w:rsidSect="00034616">
      <w:pgSz w:w="11909" w:h="16834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