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32"/>
        </w:rPr>
        <w:t>FAKTURA</w:t>
      </w:r>
    </w:p>
    <w:p>
      <w:r>
        <w:rPr>
          <w:color w:val="6B7280"/>
          <w:sz w:val="17"/>
        </w:rPr>
        <w:t>Dodavatel není plátcem DPH</w:t>
      </w:r>
    </w:p>
    <w:p>
      <w:pPr>
        <w:spacing w:before="200"/>
      </w:pPr>
      <w:r>
        <w:rPr>
          <w:b/>
          <w:sz w:val="18"/>
        </w:rPr>
        <w:t>FAKTURA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45"/>
        <w:gridCol w:w="2545"/>
        <w:gridCol w:w="2545"/>
        <w:gridCol w:w="2545"/>
      </w:tblGrid>
      <w:tr>
        <w:tc>
          <w:tcPr>
            <w:tcW w:type="dxa" w:w="2545"/>
          </w:tcPr>
          <w:p>
            <w:r>
              <w:rPr>
                <w:b/>
              </w:rPr>
              <w:t>Číslo faktury</w:t>
            </w:r>
          </w:p>
        </w:tc>
        <w:tc>
          <w:tcPr>
            <w:tcW w:type="dxa" w:w="2545"/>
          </w:tcPr>
          <w:p/>
        </w:tc>
        <w:tc>
          <w:tcPr>
            <w:tcW w:type="dxa" w:w="2545"/>
          </w:tcPr>
          <w:p>
            <w:r>
              <w:rPr>
                <w:b/>
              </w:rPr>
              <w:t>Variabilní symbol</w:t>
            </w:r>
          </w:p>
        </w:tc>
        <w:tc>
          <w:tcPr>
            <w:tcW w:type="dxa" w:w="2545"/>
          </w:tcPr>
          <w:p/>
        </w:tc>
      </w:tr>
      <w:tr>
        <w:tc>
          <w:tcPr>
            <w:tcW w:type="dxa" w:w="2545"/>
          </w:tcPr>
          <w:p>
            <w:r>
              <w:rPr>
                <w:b/>
              </w:rPr>
              <w:t>Datum vystavení</w:t>
            </w:r>
          </w:p>
        </w:tc>
        <w:tc>
          <w:tcPr>
            <w:tcW w:type="dxa" w:w="2545"/>
          </w:tcPr>
          <w:p/>
        </w:tc>
        <w:tc>
          <w:tcPr>
            <w:tcW w:type="dxa" w:w="2545"/>
          </w:tcPr>
          <w:p>
            <w:r>
              <w:rPr>
                <w:b/>
              </w:rPr>
              <w:t>Datum splatnosti</w:t>
            </w:r>
          </w:p>
        </w:tc>
        <w:tc>
          <w:tcPr>
            <w:tcW w:type="dxa" w:w="2545"/>
          </w:tcPr>
          <w:p/>
        </w:tc>
      </w:tr>
      <w:tr>
        <w:tc>
          <w:tcPr>
            <w:tcW w:type="dxa" w:w="2545"/>
          </w:tcPr>
          <w:p>
            <w:r>
              <w:rPr>
                <w:b/>
              </w:rPr>
              <w:t>Datum uskutečnění plnění</w:t>
            </w:r>
          </w:p>
        </w:tc>
        <w:tc>
          <w:tcPr>
            <w:tcW w:type="dxa" w:w="2545"/>
          </w:tcPr>
          <w:p/>
        </w:tc>
        <w:tc>
          <w:tcPr>
            <w:tcW w:type="dxa" w:w="2545"/>
          </w:tcPr>
          <w:p>
            <w:r>
              <w:rPr>
                <w:b/>
              </w:rPr>
              <w:t>Způsob úhrady</w:t>
            </w:r>
          </w:p>
        </w:tc>
        <w:tc>
          <w:tcPr>
            <w:tcW w:type="dxa" w:w="2545"/>
          </w:tcPr>
          <w:p/>
        </w:tc>
      </w:tr>
    </w:tbl>
    <w:p>
      <w:pPr>
        <w:spacing w:before="200"/>
      </w:pPr>
      <w:r>
        <w:rPr>
          <w:b/>
          <w:sz w:val="18"/>
        </w:rPr>
        <w:t>DODAVATEL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45"/>
        <w:gridCol w:w="2545"/>
        <w:gridCol w:w="2545"/>
        <w:gridCol w:w="2545"/>
      </w:tblGrid>
      <w:tr>
        <w:tc>
          <w:tcPr>
            <w:tcW w:type="dxa" w:w="2545"/>
          </w:tcPr>
          <w:p>
            <w:r>
              <w:rPr>
                <w:b/>
              </w:rPr>
              <w:t>Jméno a příjmení / obchodní firma</w:t>
            </w:r>
          </w:p>
        </w:tc>
        <w:tc>
          <w:tcPr>
            <w:tcW w:type="dxa" w:w="2545"/>
          </w:tcPr>
          <w:p/>
        </w:tc>
        <w:tc>
          <w:tcPr>
            <w:tcW w:type="dxa" w:w="2545"/>
          </w:tcPr>
          <w:p>
            <w:r>
              <w:rPr>
                <w:b/>
              </w:rPr>
              <w:t>IČO</w:t>
            </w:r>
          </w:p>
        </w:tc>
        <w:tc>
          <w:tcPr>
            <w:tcW w:type="dxa" w:w="2545"/>
          </w:tcPr>
          <w:p/>
        </w:tc>
      </w:tr>
      <w:tr>
        <w:tc>
          <w:tcPr>
            <w:tcW w:type="dxa" w:w="2545"/>
          </w:tcPr>
          <w:p>
            <w:r>
              <w:rPr>
                <w:b/>
              </w:rPr>
              <w:t>Sídlo (místo podnikání)</w:t>
            </w:r>
          </w:p>
        </w:tc>
        <w:tc>
          <w:tcPr>
            <w:tcW w:type="dxa" w:w="2545"/>
          </w:tcPr>
          <w:p/>
        </w:tc>
        <w:tc>
          <w:tcPr>
            <w:tcW w:type="dxa" w:w="2545"/>
          </w:tcPr>
          <w:p>
            <w:r>
              <w:rPr>
                <w:b/>
              </w:rPr>
              <w:t>Zápis v rejstříku / evidenci</w:t>
            </w:r>
          </w:p>
        </w:tc>
        <w:tc>
          <w:tcPr>
            <w:tcW w:type="dxa" w:w="2545"/>
          </w:tcPr>
          <w:p/>
        </w:tc>
      </w:tr>
      <w:tr>
        <w:tc>
          <w:tcPr>
            <w:tcW w:type="dxa" w:w="2545"/>
          </w:tcPr>
          <w:p>
            <w:r>
              <w:rPr>
                <w:b/>
              </w:rPr>
              <w:t>Telefon / e-mail</w:t>
            </w:r>
          </w:p>
        </w:tc>
        <w:tc>
          <w:tcPr>
            <w:tcW w:type="dxa" w:w="2545"/>
          </w:tcPr>
          <w:p/>
        </w:tc>
        <w:tc>
          <w:tcPr>
            <w:tcW w:type="dxa" w:w="2545"/>
          </w:tcPr>
          <w:p>
            <w:r>
              <w:rPr>
                <w:b/>
              </w:rPr>
              <w:t>Číslo účtu</w:t>
            </w:r>
          </w:p>
        </w:tc>
        <w:tc>
          <w:tcPr>
            <w:tcW w:type="dxa" w:w="2545"/>
          </w:tcPr>
          <w:p/>
        </w:tc>
      </w:tr>
    </w:tbl>
    <w:p>
      <w:pPr>
        <w:spacing w:before="200"/>
      </w:pPr>
      <w:r>
        <w:rPr>
          <w:b/>
          <w:sz w:val="18"/>
        </w:rPr>
        <w:t>ODBĚRATEL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45"/>
        <w:gridCol w:w="2545"/>
        <w:gridCol w:w="2545"/>
        <w:gridCol w:w="2545"/>
      </w:tblGrid>
      <w:tr>
        <w:tc>
          <w:tcPr>
            <w:tcW w:type="dxa" w:w="2545"/>
          </w:tcPr>
          <w:p>
            <w:r>
              <w:rPr>
                <w:b/>
              </w:rPr>
              <w:t>Jméno / název</w:t>
            </w:r>
          </w:p>
        </w:tc>
        <w:tc>
          <w:tcPr>
            <w:tcW w:type="dxa" w:w="2545"/>
          </w:tcPr>
          <w:p/>
        </w:tc>
        <w:tc>
          <w:tcPr>
            <w:tcW w:type="dxa" w:w="2545"/>
          </w:tcPr>
          <w:p>
            <w:r>
              <w:rPr>
                <w:b/>
              </w:rPr>
              <w:t>IČO (má-li)</w:t>
            </w:r>
          </w:p>
        </w:tc>
        <w:tc>
          <w:tcPr>
            <w:tcW w:type="dxa" w:w="2545"/>
          </w:tcPr>
          <w:p/>
        </w:tc>
      </w:tr>
      <w:tr>
        <w:tc>
          <w:tcPr>
            <w:tcW w:type="dxa" w:w="2545"/>
          </w:tcPr>
          <w:p>
            <w:r>
              <w:rPr>
                <w:b/>
              </w:rPr>
              <w:t>Adresa</w:t>
            </w:r>
          </w:p>
        </w:tc>
        <w:tc>
          <w:tcPr>
            <w:tcW w:type="dxa" w:w="2545"/>
          </w:tcPr>
          <w:p/>
        </w:tc>
        <w:tc>
          <w:tcPr>
            <w:tcW w:type="dxa" w:w="2545"/>
          </w:tcPr>
          <w:p/>
        </w:tc>
        <w:tc>
          <w:tcPr>
            <w:tcW w:type="dxa" w:w="2545"/>
          </w:tcPr>
          <w:p/>
        </w:tc>
      </w:tr>
    </w:tbl>
    <w:p>
      <w:pPr>
        <w:spacing w:before="200"/>
      </w:pPr>
      <w:r>
        <w:rPr>
          <w:b/>
          <w:sz w:val="18"/>
        </w:rPr>
        <w:t>POLOŽKY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036"/>
        <w:gridCol w:w="2036"/>
        <w:gridCol w:w="2036"/>
        <w:gridCol w:w="2036"/>
        <w:gridCol w:w="2036"/>
      </w:tblGrid>
      <w:tr>
        <w:tc>
          <w:tcPr>
            <w:tcW w:type="dxa" w:w="4625"/>
          </w:tcPr>
          <w:p>
            <w:r>
              <w:rPr>
                <w:b/>
              </w:rPr>
              <w:t>Popis</w:t>
            </w:r>
          </w:p>
        </w:tc>
        <w:tc>
          <w:tcPr>
            <w:tcW w:type="dxa" w:w="1261"/>
          </w:tcPr>
          <w:p>
            <w:r>
              <w:rPr>
                <w:b/>
              </w:rPr>
              <w:t>Množství</w:t>
            </w:r>
          </w:p>
        </w:tc>
        <w:tc>
          <w:tcPr>
            <w:tcW w:type="dxa" w:w="1156"/>
          </w:tcPr>
          <w:p>
            <w:r>
              <w:rPr>
                <w:b/>
              </w:rPr>
              <w:t>Jednotka</w:t>
            </w:r>
          </w:p>
        </w:tc>
        <w:tc>
          <w:tcPr>
            <w:tcW w:type="dxa" w:w="1682"/>
          </w:tcPr>
          <w:p>
            <w:r>
              <w:rPr>
                <w:b/>
              </w:rPr>
              <w:t>Cena za j.</w:t>
            </w:r>
          </w:p>
        </w:tc>
        <w:tc>
          <w:tcPr>
            <w:tcW w:type="dxa" w:w="1787"/>
          </w:tcPr>
          <w:p>
            <w:r>
              <w:rPr>
                <w:b/>
              </w:rPr>
              <w:t>Celkem</w:t>
            </w:r>
          </w:p>
        </w:tc>
      </w:tr>
      <w:tr>
        <w:tc>
          <w:tcPr>
            <w:tcW w:type="dxa" w:w="4625"/>
          </w:tcPr>
          <w:p/>
        </w:tc>
        <w:tc>
          <w:tcPr>
            <w:tcW w:type="dxa" w:w="1261"/>
          </w:tcPr>
          <w:p/>
        </w:tc>
        <w:tc>
          <w:tcPr>
            <w:tcW w:type="dxa" w:w="1156"/>
          </w:tcPr>
          <w:p/>
        </w:tc>
        <w:tc>
          <w:tcPr>
            <w:tcW w:type="dxa" w:w="1682"/>
          </w:tcPr>
          <w:p/>
        </w:tc>
        <w:tc>
          <w:tcPr>
            <w:tcW w:type="dxa" w:w="1787"/>
          </w:tcPr>
          <w:p/>
        </w:tc>
      </w:tr>
      <w:tr>
        <w:tc>
          <w:tcPr>
            <w:tcW w:type="dxa" w:w="4625"/>
          </w:tcPr>
          <w:p/>
        </w:tc>
        <w:tc>
          <w:tcPr>
            <w:tcW w:type="dxa" w:w="1261"/>
          </w:tcPr>
          <w:p/>
        </w:tc>
        <w:tc>
          <w:tcPr>
            <w:tcW w:type="dxa" w:w="1156"/>
          </w:tcPr>
          <w:p/>
        </w:tc>
        <w:tc>
          <w:tcPr>
            <w:tcW w:type="dxa" w:w="1682"/>
          </w:tcPr>
          <w:p/>
        </w:tc>
        <w:tc>
          <w:tcPr>
            <w:tcW w:type="dxa" w:w="1787"/>
          </w:tcPr>
          <w:p/>
        </w:tc>
      </w:tr>
      <w:tr>
        <w:tc>
          <w:tcPr>
            <w:tcW w:type="dxa" w:w="4625"/>
          </w:tcPr>
          <w:p/>
        </w:tc>
        <w:tc>
          <w:tcPr>
            <w:tcW w:type="dxa" w:w="1261"/>
          </w:tcPr>
          <w:p/>
        </w:tc>
        <w:tc>
          <w:tcPr>
            <w:tcW w:type="dxa" w:w="1156"/>
          </w:tcPr>
          <w:p/>
        </w:tc>
        <w:tc>
          <w:tcPr>
            <w:tcW w:type="dxa" w:w="1682"/>
          </w:tcPr>
          <w:p/>
        </w:tc>
        <w:tc>
          <w:tcPr>
            <w:tcW w:type="dxa" w:w="1787"/>
          </w:tcPr>
          <w:p/>
        </w:tc>
      </w:tr>
      <w:tr>
        <w:tc>
          <w:tcPr>
            <w:tcW w:type="dxa" w:w="4625"/>
          </w:tcPr>
          <w:p/>
        </w:tc>
        <w:tc>
          <w:tcPr>
            <w:tcW w:type="dxa" w:w="1261"/>
          </w:tcPr>
          <w:p/>
        </w:tc>
        <w:tc>
          <w:tcPr>
            <w:tcW w:type="dxa" w:w="1156"/>
          </w:tcPr>
          <w:p/>
        </w:tc>
        <w:tc>
          <w:tcPr>
            <w:tcW w:type="dxa" w:w="1682"/>
          </w:tcPr>
          <w:p/>
        </w:tc>
        <w:tc>
          <w:tcPr>
            <w:tcW w:type="dxa" w:w="1787"/>
          </w:tcPr>
          <w:p/>
        </w:tc>
      </w:tr>
      <w:tr>
        <w:tc>
          <w:tcPr>
            <w:tcW w:type="dxa" w:w="4625"/>
          </w:tcPr>
          <w:p/>
        </w:tc>
        <w:tc>
          <w:tcPr>
            <w:tcW w:type="dxa" w:w="1261"/>
          </w:tcPr>
          <w:p/>
        </w:tc>
        <w:tc>
          <w:tcPr>
            <w:tcW w:type="dxa" w:w="1156"/>
          </w:tcPr>
          <w:p/>
        </w:tc>
        <w:tc>
          <w:tcPr>
            <w:tcW w:type="dxa" w:w="1682"/>
          </w:tcPr>
          <w:p/>
        </w:tc>
        <w:tc>
          <w:tcPr>
            <w:tcW w:type="dxa" w:w="1787"/>
          </w:tcPr>
          <w:p/>
        </w:tc>
      </w:tr>
      <w:tr>
        <w:tc>
          <w:tcPr>
            <w:tcW w:type="dxa" w:w="4625"/>
          </w:tcPr>
          <w:p/>
        </w:tc>
        <w:tc>
          <w:tcPr>
            <w:tcW w:type="dxa" w:w="1261"/>
          </w:tcPr>
          <w:p/>
        </w:tc>
        <w:tc>
          <w:tcPr>
            <w:tcW w:type="dxa" w:w="1156"/>
          </w:tcPr>
          <w:p/>
        </w:tc>
        <w:tc>
          <w:tcPr>
            <w:tcW w:type="dxa" w:w="1682"/>
          </w:tcPr>
          <w:p/>
        </w:tc>
        <w:tc>
          <w:tcPr>
            <w:tcW w:type="dxa" w:w="1787"/>
          </w:tcPr>
          <w:p/>
        </w:tc>
      </w:tr>
      <w:tr>
        <w:tc>
          <w:tcPr>
            <w:tcW w:type="dxa" w:w="4625"/>
          </w:tcPr>
          <w:p/>
        </w:tc>
        <w:tc>
          <w:tcPr>
            <w:tcW w:type="dxa" w:w="1261"/>
          </w:tcPr>
          <w:p/>
        </w:tc>
        <w:tc>
          <w:tcPr>
            <w:tcW w:type="dxa" w:w="1156"/>
          </w:tcPr>
          <w:p/>
        </w:tc>
        <w:tc>
          <w:tcPr>
            <w:tcW w:type="dxa" w:w="1682"/>
          </w:tcPr>
          <w:p/>
        </w:tc>
        <w:tc>
          <w:tcPr>
            <w:tcW w:type="dxa" w:w="1787"/>
          </w:tcPr>
          <w:p/>
        </w:tc>
      </w:tr>
      <w:tr>
        <w:tc>
          <w:tcPr>
            <w:tcW w:type="dxa" w:w="4625"/>
          </w:tcPr>
          <w:p/>
        </w:tc>
        <w:tc>
          <w:tcPr>
            <w:tcW w:type="dxa" w:w="1261"/>
          </w:tcPr>
          <w:p/>
        </w:tc>
        <w:tc>
          <w:tcPr>
            <w:tcW w:type="dxa" w:w="1156"/>
          </w:tcPr>
          <w:p/>
        </w:tc>
        <w:tc>
          <w:tcPr>
            <w:tcW w:type="dxa" w:w="1682"/>
          </w:tcPr>
          <w:p/>
        </w:tc>
        <w:tc>
          <w:tcPr>
            <w:tcW w:type="dxa" w:w="1787"/>
          </w:tcPr>
          <w:p/>
        </w:tc>
      </w:tr>
      <w:tr>
        <w:tc>
          <w:tcPr>
            <w:tcW w:type="dxa" w:w="4625"/>
          </w:tcPr>
          <w:p/>
        </w:tc>
        <w:tc>
          <w:tcPr>
            <w:tcW w:type="dxa" w:w="1261"/>
          </w:tcPr>
          <w:p/>
        </w:tc>
        <w:tc>
          <w:tcPr>
            <w:tcW w:type="dxa" w:w="1156"/>
          </w:tcPr>
          <w:p/>
        </w:tc>
        <w:tc>
          <w:tcPr>
            <w:tcW w:type="dxa" w:w="1682"/>
          </w:tcPr>
          <w:p/>
        </w:tc>
        <w:tc>
          <w:tcPr>
            <w:tcW w:type="dxa" w:w="1787"/>
          </w:tcPr>
          <w:p/>
        </w:tc>
      </w:tr>
      <w:tr>
        <w:tc>
          <w:tcPr>
            <w:tcW w:type="dxa" w:w="4625"/>
          </w:tcPr>
          <w:p/>
        </w:tc>
        <w:tc>
          <w:tcPr>
            <w:tcW w:type="dxa" w:w="1261"/>
          </w:tcPr>
          <w:p/>
        </w:tc>
        <w:tc>
          <w:tcPr>
            <w:tcW w:type="dxa" w:w="1156"/>
          </w:tcPr>
          <w:p/>
        </w:tc>
        <w:tc>
          <w:tcPr>
            <w:tcW w:type="dxa" w:w="1682"/>
          </w:tcPr>
          <w:p/>
        </w:tc>
        <w:tc>
          <w:tcPr>
            <w:tcW w:type="dxa" w:w="1787"/>
          </w:tcPr>
          <w:p/>
        </w:tc>
      </w:tr>
    </w:tbl>
    <w:p>
      <w:pPr>
        <w:spacing w:before="200"/>
      </w:pPr>
      <w:r>
        <w:rPr>
          <w:b/>
          <w:sz w:val="18"/>
        </w:rPr>
        <w:t>K ÚHRADĚ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45"/>
        <w:gridCol w:w="2545"/>
        <w:gridCol w:w="2545"/>
        <w:gridCol w:w="2545"/>
      </w:tblGrid>
      <w:tr>
        <w:tc>
          <w:tcPr>
            <w:tcW w:type="dxa" w:w="2545"/>
          </w:tcPr>
          <w:p>
            <w:r>
              <w:rPr>
                <w:b/>
              </w:rPr>
              <w:t>Celkem k úhradě</w:t>
            </w:r>
          </w:p>
        </w:tc>
        <w:tc>
          <w:tcPr>
            <w:tcW w:type="dxa" w:w="2545"/>
          </w:tcPr>
          <w:p/>
        </w:tc>
        <w:tc>
          <w:tcPr>
            <w:tcW w:type="dxa" w:w="2545"/>
          </w:tcPr>
          <w:p>
            <w:r>
              <w:rPr>
                <w:b/>
              </w:rPr>
              <w:t>Uhrazeno zálohou</w:t>
            </w:r>
          </w:p>
        </w:tc>
        <w:tc>
          <w:tcPr>
            <w:tcW w:type="dxa" w:w="2545"/>
          </w:tcPr>
          <w:p/>
        </w:tc>
      </w:tr>
    </w:tbl>
    <w:p>
      <w:pPr>
        <w:spacing w:before="200"/>
      </w:pPr>
      <w:r>
        <w:rPr>
          <w:b/>
          <w:sz w:val="18"/>
        </w:rPr>
        <w:t>POZNÁMKA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181"/>
      </w:tblGrid>
      <w:tr>
        <w:tc>
          <w:tcPr>
            <w:tcW w:type="dxa" w:w="10181"/>
          </w:tcPr>
          <w:p>
            <w:r>
              <w:t>Nejsem plátce DPH.</w:t>
              <w:br/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10181"/>
      </w:tblGrid>
      <w:tr>
        <w:tc>
          <w:tcPr>
            <w:tcW w:type="dxa" w:w="10181"/>
          </w:tcPr>
          <w:p>
            <w:r>
              <w:br/>
              <w:br/>
              <w:t>______________________________</w:t>
            </w:r>
          </w:p>
        </w:tc>
      </w:tr>
      <w:tr>
        <w:tc>
          <w:tcPr>
            <w:tcW w:type="dxa" w:w="10181"/>
          </w:tcPr>
          <w:p>
            <w:r>
              <w:t>Vystavil — jméno, podpis, datum</w:t>
            </w:r>
          </w:p>
        </w:tc>
      </w:tr>
    </w:tbl>
    <w:p>
      <w:r>
        <w:rPr>
          <w:color w:val="6B7280"/>
          <w:sz w:val="15"/>
        </w:rPr>
        <w:t>Šablona zdarma z vraylo.com · Fakturu s QR platbou vystavíte v iPhonu: aplikace „Faktury z mobilu: QR platba“ (App Store)</w:t>
      </w:r>
    </w:p>
    <w:sectPr w:rsidR="00FC693F" w:rsidRPr="0006063C" w:rsidSect="00034616">
      <w:pgSz w:w="11909" w:h="16834"/>
      <w:pgMar w:top="864" w:right="864" w:bottom="864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