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TIME AND MATERIALS TICKET</w:t>
      </w:r>
    </w:p>
    <w:p>
      <w:r>
        <w:rPr>
          <w:color w:val="6B7280"/>
          <w:sz w:val="17"/>
        </w:rPr>
        <w:t>Daily record of extra work at cost: labor hours, materials and equipment — signed by the GC on site</w:t>
      </w:r>
    </w:p>
    <w:p>
      <w:pPr>
        <w:spacing w:before="200"/>
      </w:pPr>
      <w:r>
        <w:rPr>
          <w:b/>
          <w:sz w:val="18"/>
        </w:rPr>
        <w:t>TICKET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Ticket no.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Subcontractor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Date of work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General contractor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Directed by (GC)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Related RFI / CO no.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DESCRIPTION OF EXTRA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LABOR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3784"/>
          </w:tcPr>
          <w:p>
            <w:r>
              <w:rPr>
                <w:b/>
              </w:rPr>
              <w:t>Name / trade</w:t>
            </w:r>
          </w:p>
        </w:tc>
        <w:tc>
          <w:tcPr>
            <w:tcW w:type="dxa" w:w="1472"/>
          </w:tcPr>
          <w:p>
            <w:r>
              <w:rPr>
                <w:b/>
              </w:rPr>
              <w:t>Reg. hours</w:t>
            </w:r>
          </w:p>
        </w:tc>
        <w:tc>
          <w:tcPr>
            <w:tcW w:type="dxa" w:w="1472"/>
          </w:tcPr>
          <w:p>
            <w:r>
              <w:rPr>
                <w:b/>
              </w:rPr>
              <w:t>OT hours</w:t>
            </w:r>
          </w:p>
        </w:tc>
        <w:tc>
          <w:tcPr>
            <w:tcW w:type="dxa" w:w="1682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3784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3784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3784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3784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3784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MATERIALS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4836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472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02"/>
          </w:tcPr>
          <w:p>
            <w:r>
              <w:rPr>
                <w:b/>
              </w:rPr>
              <w:t>Unit cost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4836"/>
          </w:tcPr>
          <w:p>
            <w:r>
              <w:rPr>
                <w:b/>
              </w:rPr>
              <w:t>Equipment</w:t>
            </w:r>
          </w:p>
        </w:tc>
        <w:tc>
          <w:tcPr>
            <w:tcW w:type="dxa" w:w="1472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47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TOTALS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Labor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Equipment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Markup (per contract)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TOTAL THIS TICKET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Photos attached</w:t>
            </w:r>
          </w:p>
        </w:tc>
        <w:tc>
          <w:tcPr>
            <w:tcW w:type="dxa" w:w="2628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Subcontractor foreman — name, signature, date</w:t>
            </w:r>
          </w:p>
        </w:tc>
        <w:tc>
          <w:tcPr>
            <w:tcW w:type="dxa" w:w="5256"/>
          </w:tcPr>
          <w:p>
            <w:r>
              <w:t>GC superintendent (authorizing)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Change Order Form: T&amp;M Ticket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