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32"/>
        </w:rPr>
        <w:t>MOVE-IN / MOVE-OUT INSPECTION CHECKLIST</w:t>
      </w:r>
    </w:p>
    <w:p>
      <w:r>
        <w:rPr>
          <w:color w:val="6B7280"/>
          <w:sz w:val="17"/>
        </w:rPr>
        <w:t>Room-by-room condition at move-in and move-out — the record that settles a security deposit</w:t>
      </w:r>
    </w:p>
    <w:p>
      <w:pPr>
        <w:spacing w:before="200"/>
      </w:pPr>
      <w:r>
        <w:rPr>
          <w:b/>
          <w:sz w:val="18"/>
        </w:rPr>
        <w:t>PROPERTY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</w:tcPr>
          <w:p>
            <w:r>
              <w:rPr>
                <w:b/>
              </w:rPr>
              <w:t>Property address</w:t>
            </w:r>
          </w:p>
        </w:tc>
        <w:tc>
          <w:tcPr>
            <w:tcW w:type="dxa" w:w="2628"/>
          </w:tcPr>
          <w:p/>
        </w:tc>
        <w:tc>
          <w:tcPr>
            <w:tcW w:type="dxa" w:w="2628"/>
          </w:tcPr>
          <w:p>
            <w:r>
              <w:rPr>
                <w:b/>
              </w:rPr>
              <w:t>Unit / apt</w:t>
            </w:r>
          </w:p>
        </w:tc>
        <w:tc>
          <w:tcPr>
            <w:tcW w:type="dxa" w:w="2628"/>
          </w:tcPr>
          <w:p/>
        </w:tc>
      </w:tr>
      <w:tr>
        <w:tc>
          <w:tcPr>
            <w:tcW w:type="dxa" w:w="2628"/>
          </w:tcPr>
          <w:p>
            <w:r>
              <w:rPr>
                <w:b/>
              </w:rPr>
              <w:t>Tenant(s)</w:t>
            </w:r>
          </w:p>
        </w:tc>
        <w:tc>
          <w:tcPr>
            <w:tcW w:type="dxa" w:w="2628"/>
          </w:tcPr>
          <w:p/>
        </w:tc>
        <w:tc>
          <w:tcPr>
            <w:tcW w:type="dxa" w:w="2628"/>
          </w:tcPr>
          <w:p>
            <w:r>
              <w:rPr>
                <w:b/>
              </w:rPr>
              <w:t>Landlord / manager</w:t>
            </w:r>
          </w:p>
        </w:tc>
        <w:tc>
          <w:tcPr>
            <w:tcW w:type="dxa" w:w="2628"/>
          </w:tcPr>
          <w:p/>
        </w:tc>
      </w:tr>
      <w:tr>
        <w:tc>
          <w:tcPr>
            <w:tcW w:type="dxa" w:w="2628"/>
          </w:tcPr>
          <w:p>
            <w:r>
              <w:rPr>
                <w:b/>
              </w:rPr>
              <w:t>Move-in date</w:t>
            </w:r>
          </w:p>
        </w:tc>
        <w:tc>
          <w:tcPr>
            <w:tcW w:type="dxa" w:w="2628"/>
          </w:tcPr>
          <w:p/>
        </w:tc>
        <w:tc>
          <w:tcPr>
            <w:tcW w:type="dxa" w:w="2628"/>
          </w:tcPr>
          <w:p>
            <w:r>
              <w:rPr>
                <w:b/>
              </w:rPr>
              <w:t>Move-out date</w:t>
            </w:r>
          </w:p>
        </w:tc>
        <w:tc>
          <w:tcPr>
            <w:tcW w:type="dxa" w:w="2628"/>
          </w:tcPr>
          <w:p/>
        </w:tc>
      </w:tr>
    </w:tbl>
    <w:p>
      <w:pPr>
        <w:spacing w:before="200"/>
      </w:pPr>
      <w:r>
        <w:rPr>
          <w:b/>
          <w:sz w:val="18"/>
        </w:rPr>
        <w:t>LIVING ROOM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733"/>
          </w:tcPr>
          <w:p>
            <w:r>
              <w:rPr>
                <w:b/>
              </w:rPr>
              <w:t>Item</w:t>
            </w:r>
          </w:p>
        </w:tc>
        <w:tc>
          <w:tcPr>
            <w:tcW w:type="dxa" w:w="3154"/>
          </w:tcPr>
          <w:p>
            <w:r>
              <w:rPr>
                <w:b/>
              </w:rPr>
              <w:t>Move-in condition</w:t>
            </w:r>
          </w:p>
        </w:tc>
        <w:tc>
          <w:tcPr>
            <w:tcW w:type="dxa" w:w="3154"/>
          </w:tcPr>
          <w:p>
            <w:r>
              <w:rPr>
                <w:b/>
              </w:rPr>
              <w:t>Move-out condition</w:t>
            </w:r>
          </w:p>
        </w:tc>
        <w:tc>
          <w:tcPr>
            <w:tcW w:type="dxa" w:w="1472"/>
          </w:tcPr>
          <w:p>
            <w:r>
              <w:rPr>
                <w:b/>
              </w:rPr>
              <w:t>Photo #</w:t>
            </w:r>
          </w:p>
        </w:tc>
      </w:tr>
      <w:tr>
        <w:tc>
          <w:tcPr>
            <w:tcW w:type="dxa" w:w="2733"/>
          </w:tcPr>
          <w:p>
            <w:r>
              <w:t>Walls and ceiling</w:t>
            </w:r>
          </w:p>
        </w:tc>
        <w:tc>
          <w:tcPr>
            <w:tcW w:type="dxa" w:w="3154"/>
          </w:tcPr>
          <w:p/>
        </w:tc>
        <w:tc>
          <w:tcPr>
            <w:tcW w:type="dxa" w:w="3154"/>
          </w:tcPr>
          <w:p/>
        </w:tc>
        <w:tc>
          <w:tcPr>
            <w:tcW w:type="dxa" w:w="1472"/>
          </w:tcPr>
          <w:p/>
        </w:tc>
      </w:tr>
      <w:tr>
        <w:tc>
          <w:tcPr>
            <w:tcW w:type="dxa" w:w="2733"/>
          </w:tcPr>
          <w:p>
            <w:r>
              <w:t>Floor / carpet</w:t>
            </w:r>
          </w:p>
        </w:tc>
        <w:tc>
          <w:tcPr>
            <w:tcW w:type="dxa" w:w="3154"/>
          </w:tcPr>
          <w:p/>
        </w:tc>
        <w:tc>
          <w:tcPr>
            <w:tcW w:type="dxa" w:w="3154"/>
          </w:tcPr>
          <w:p/>
        </w:tc>
        <w:tc>
          <w:tcPr>
            <w:tcW w:type="dxa" w:w="1472"/>
          </w:tcPr>
          <w:p/>
        </w:tc>
      </w:tr>
      <w:tr>
        <w:tc>
          <w:tcPr>
            <w:tcW w:type="dxa" w:w="2733"/>
          </w:tcPr>
          <w:p>
            <w:r>
              <w:t>Windows, screens, blinds</w:t>
            </w:r>
          </w:p>
        </w:tc>
        <w:tc>
          <w:tcPr>
            <w:tcW w:type="dxa" w:w="3154"/>
          </w:tcPr>
          <w:p/>
        </w:tc>
        <w:tc>
          <w:tcPr>
            <w:tcW w:type="dxa" w:w="3154"/>
          </w:tcPr>
          <w:p/>
        </w:tc>
        <w:tc>
          <w:tcPr>
            <w:tcW w:type="dxa" w:w="1472"/>
          </w:tcPr>
          <w:p/>
        </w:tc>
      </w:tr>
      <w:tr>
        <w:tc>
          <w:tcPr>
            <w:tcW w:type="dxa" w:w="2733"/>
          </w:tcPr>
          <w:p>
            <w:r>
              <w:t>Doors, locks</w:t>
            </w:r>
          </w:p>
        </w:tc>
        <w:tc>
          <w:tcPr>
            <w:tcW w:type="dxa" w:w="3154"/>
          </w:tcPr>
          <w:p/>
        </w:tc>
        <w:tc>
          <w:tcPr>
            <w:tcW w:type="dxa" w:w="3154"/>
          </w:tcPr>
          <w:p/>
        </w:tc>
        <w:tc>
          <w:tcPr>
            <w:tcW w:type="dxa" w:w="1472"/>
          </w:tcPr>
          <w:p/>
        </w:tc>
      </w:tr>
      <w:tr>
        <w:tc>
          <w:tcPr>
            <w:tcW w:type="dxa" w:w="2733"/>
          </w:tcPr>
          <w:p>
            <w:r>
              <w:t>Lights, outlets, switches</w:t>
            </w:r>
          </w:p>
        </w:tc>
        <w:tc>
          <w:tcPr>
            <w:tcW w:type="dxa" w:w="3154"/>
          </w:tcPr>
          <w:p/>
        </w:tc>
        <w:tc>
          <w:tcPr>
            <w:tcW w:type="dxa" w:w="3154"/>
          </w:tcPr>
          <w:p/>
        </w:tc>
        <w:tc>
          <w:tcPr>
            <w:tcW w:type="dxa" w:w="1472"/>
          </w:tcPr>
          <w:p/>
        </w:tc>
      </w:tr>
      <w:tr>
        <w:tc>
          <w:tcPr>
            <w:tcW w:type="dxa" w:w="2733"/>
          </w:tcPr>
          <w:p>
            <w:r>
              <w:t>Smoke / CO detector</w:t>
            </w:r>
          </w:p>
        </w:tc>
        <w:tc>
          <w:tcPr>
            <w:tcW w:type="dxa" w:w="3154"/>
          </w:tcPr>
          <w:p/>
        </w:tc>
        <w:tc>
          <w:tcPr>
            <w:tcW w:type="dxa" w:w="3154"/>
          </w:tcPr>
          <w:p/>
        </w:tc>
        <w:tc>
          <w:tcPr>
            <w:tcW w:type="dxa" w:w="1472"/>
          </w:tcPr>
          <w:p/>
        </w:tc>
      </w:tr>
    </w:tbl>
    <w:p>
      <w:pPr>
        <w:spacing w:before="200"/>
      </w:pPr>
      <w:r>
        <w:rPr>
          <w:b/>
          <w:sz w:val="18"/>
        </w:rPr>
        <w:t>KITCHEN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733"/>
          </w:tcPr>
          <w:p>
            <w:r>
              <w:rPr>
                <w:b/>
              </w:rPr>
              <w:t>Item</w:t>
            </w:r>
          </w:p>
        </w:tc>
        <w:tc>
          <w:tcPr>
            <w:tcW w:type="dxa" w:w="3154"/>
          </w:tcPr>
          <w:p>
            <w:r>
              <w:rPr>
                <w:b/>
              </w:rPr>
              <w:t>Move-in condition</w:t>
            </w:r>
          </w:p>
        </w:tc>
        <w:tc>
          <w:tcPr>
            <w:tcW w:type="dxa" w:w="3154"/>
          </w:tcPr>
          <w:p>
            <w:r>
              <w:rPr>
                <w:b/>
              </w:rPr>
              <w:t>Move-out condition</w:t>
            </w:r>
          </w:p>
        </w:tc>
        <w:tc>
          <w:tcPr>
            <w:tcW w:type="dxa" w:w="1472"/>
          </w:tcPr>
          <w:p>
            <w:r>
              <w:rPr>
                <w:b/>
              </w:rPr>
              <w:t>Photo #</w:t>
            </w:r>
          </w:p>
        </w:tc>
      </w:tr>
      <w:tr>
        <w:tc>
          <w:tcPr>
            <w:tcW w:type="dxa" w:w="2733"/>
          </w:tcPr>
          <w:p>
            <w:r>
              <w:t>Walls and ceiling</w:t>
            </w:r>
          </w:p>
        </w:tc>
        <w:tc>
          <w:tcPr>
            <w:tcW w:type="dxa" w:w="3154"/>
          </w:tcPr>
          <w:p/>
        </w:tc>
        <w:tc>
          <w:tcPr>
            <w:tcW w:type="dxa" w:w="3154"/>
          </w:tcPr>
          <w:p/>
        </w:tc>
        <w:tc>
          <w:tcPr>
            <w:tcW w:type="dxa" w:w="1472"/>
          </w:tcPr>
          <w:p/>
        </w:tc>
      </w:tr>
      <w:tr>
        <w:tc>
          <w:tcPr>
            <w:tcW w:type="dxa" w:w="2733"/>
          </w:tcPr>
          <w:p>
            <w:r>
              <w:t>Floor</w:t>
            </w:r>
          </w:p>
        </w:tc>
        <w:tc>
          <w:tcPr>
            <w:tcW w:type="dxa" w:w="3154"/>
          </w:tcPr>
          <w:p/>
        </w:tc>
        <w:tc>
          <w:tcPr>
            <w:tcW w:type="dxa" w:w="3154"/>
          </w:tcPr>
          <w:p/>
        </w:tc>
        <w:tc>
          <w:tcPr>
            <w:tcW w:type="dxa" w:w="1472"/>
          </w:tcPr>
          <w:p/>
        </w:tc>
      </w:tr>
      <w:tr>
        <w:tc>
          <w:tcPr>
            <w:tcW w:type="dxa" w:w="2733"/>
          </w:tcPr>
          <w:p>
            <w:r>
              <w:t>Cabinets, drawers</w:t>
            </w:r>
          </w:p>
        </w:tc>
        <w:tc>
          <w:tcPr>
            <w:tcW w:type="dxa" w:w="3154"/>
          </w:tcPr>
          <w:p/>
        </w:tc>
        <w:tc>
          <w:tcPr>
            <w:tcW w:type="dxa" w:w="3154"/>
          </w:tcPr>
          <w:p/>
        </w:tc>
        <w:tc>
          <w:tcPr>
            <w:tcW w:type="dxa" w:w="1472"/>
          </w:tcPr>
          <w:p/>
        </w:tc>
      </w:tr>
      <w:tr>
        <w:tc>
          <w:tcPr>
            <w:tcW w:type="dxa" w:w="2733"/>
          </w:tcPr>
          <w:p>
            <w:r>
              <w:t>Countertops</w:t>
            </w:r>
          </w:p>
        </w:tc>
        <w:tc>
          <w:tcPr>
            <w:tcW w:type="dxa" w:w="3154"/>
          </w:tcPr>
          <w:p/>
        </w:tc>
        <w:tc>
          <w:tcPr>
            <w:tcW w:type="dxa" w:w="3154"/>
          </w:tcPr>
          <w:p/>
        </w:tc>
        <w:tc>
          <w:tcPr>
            <w:tcW w:type="dxa" w:w="1472"/>
          </w:tcPr>
          <w:p/>
        </w:tc>
      </w:tr>
      <w:tr>
        <w:tc>
          <w:tcPr>
            <w:tcW w:type="dxa" w:w="2733"/>
          </w:tcPr>
          <w:p>
            <w:r>
              <w:t>Sink, faucet, disposal</w:t>
            </w:r>
          </w:p>
        </w:tc>
        <w:tc>
          <w:tcPr>
            <w:tcW w:type="dxa" w:w="3154"/>
          </w:tcPr>
          <w:p/>
        </w:tc>
        <w:tc>
          <w:tcPr>
            <w:tcW w:type="dxa" w:w="3154"/>
          </w:tcPr>
          <w:p/>
        </w:tc>
        <w:tc>
          <w:tcPr>
            <w:tcW w:type="dxa" w:w="1472"/>
          </w:tcPr>
          <w:p/>
        </w:tc>
      </w:tr>
      <w:tr>
        <w:tc>
          <w:tcPr>
            <w:tcW w:type="dxa" w:w="2733"/>
          </w:tcPr>
          <w:p>
            <w:r>
              <w:t>Stove / oven</w:t>
            </w:r>
          </w:p>
        </w:tc>
        <w:tc>
          <w:tcPr>
            <w:tcW w:type="dxa" w:w="3154"/>
          </w:tcPr>
          <w:p/>
        </w:tc>
        <w:tc>
          <w:tcPr>
            <w:tcW w:type="dxa" w:w="3154"/>
          </w:tcPr>
          <w:p/>
        </w:tc>
        <w:tc>
          <w:tcPr>
            <w:tcW w:type="dxa" w:w="1472"/>
          </w:tcPr>
          <w:p/>
        </w:tc>
      </w:tr>
      <w:tr>
        <w:tc>
          <w:tcPr>
            <w:tcW w:type="dxa" w:w="2733"/>
          </w:tcPr>
          <w:p>
            <w:r>
              <w:t>Refrigerator</w:t>
            </w:r>
          </w:p>
        </w:tc>
        <w:tc>
          <w:tcPr>
            <w:tcW w:type="dxa" w:w="3154"/>
          </w:tcPr>
          <w:p/>
        </w:tc>
        <w:tc>
          <w:tcPr>
            <w:tcW w:type="dxa" w:w="3154"/>
          </w:tcPr>
          <w:p/>
        </w:tc>
        <w:tc>
          <w:tcPr>
            <w:tcW w:type="dxa" w:w="1472"/>
          </w:tcPr>
          <w:p/>
        </w:tc>
      </w:tr>
      <w:tr>
        <w:tc>
          <w:tcPr>
            <w:tcW w:type="dxa" w:w="2733"/>
          </w:tcPr>
          <w:p>
            <w:r>
              <w:t>Dishwasher</w:t>
            </w:r>
          </w:p>
        </w:tc>
        <w:tc>
          <w:tcPr>
            <w:tcW w:type="dxa" w:w="3154"/>
          </w:tcPr>
          <w:p/>
        </w:tc>
        <w:tc>
          <w:tcPr>
            <w:tcW w:type="dxa" w:w="3154"/>
          </w:tcPr>
          <w:p/>
        </w:tc>
        <w:tc>
          <w:tcPr>
            <w:tcW w:type="dxa" w:w="1472"/>
          </w:tcPr>
          <w:p/>
        </w:tc>
      </w:tr>
    </w:tbl>
    <w:p>
      <w:pPr>
        <w:spacing w:before="200"/>
      </w:pPr>
      <w:r>
        <w:rPr>
          <w:b/>
          <w:sz w:val="18"/>
        </w:rPr>
        <w:t>BATHROOM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733"/>
          </w:tcPr>
          <w:p>
            <w:r>
              <w:rPr>
                <w:b/>
              </w:rPr>
              <w:t>Item</w:t>
            </w:r>
          </w:p>
        </w:tc>
        <w:tc>
          <w:tcPr>
            <w:tcW w:type="dxa" w:w="3154"/>
          </w:tcPr>
          <w:p>
            <w:r>
              <w:rPr>
                <w:b/>
              </w:rPr>
              <w:t>Move-in condition</w:t>
            </w:r>
          </w:p>
        </w:tc>
        <w:tc>
          <w:tcPr>
            <w:tcW w:type="dxa" w:w="3154"/>
          </w:tcPr>
          <w:p>
            <w:r>
              <w:rPr>
                <w:b/>
              </w:rPr>
              <w:t>Move-out condition</w:t>
            </w:r>
          </w:p>
        </w:tc>
        <w:tc>
          <w:tcPr>
            <w:tcW w:type="dxa" w:w="1472"/>
          </w:tcPr>
          <w:p>
            <w:r>
              <w:rPr>
                <w:b/>
              </w:rPr>
              <w:t>Photo #</w:t>
            </w:r>
          </w:p>
        </w:tc>
      </w:tr>
      <w:tr>
        <w:tc>
          <w:tcPr>
            <w:tcW w:type="dxa" w:w="2733"/>
          </w:tcPr>
          <w:p>
            <w:r>
              <w:t>Walls and ceiling</w:t>
            </w:r>
          </w:p>
        </w:tc>
        <w:tc>
          <w:tcPr>
            <w:tcW w:type="dxa" w:w="3154"/>
          </w:tcPr>
          <w:p/>
        </w:tc>
        <w:tc>
          <w:tcPr>
            <w:tcW w:type="dxa" w:w="3154"/>
          </w:tcPr>
          <w:p/>
        </w:tc>
        <w:tc>
          <w:tcPr>
            <w:tcW w:type="dxa" w:w="1472"/>
          </w:tcPr>
          <w:p/>
        </w:tc>
      </w:tr>
      <w:tr>
        <w:tc>
          <w:tcPr>
            <w:tcW w:type="dxa" w:w="2733"/>
          </w:tcPr>
          <w:p>
            <w:r>
              <w:t>Floor / tile</w:t>
            </w:r>
          </w:p>
        </w:tc>
        <w:tc>
          <w:tcPr>
            <w:tcW w:type="dxa" w:w="3154"/>
          </w:tcPr>
          <w:p/>
        </w:tc>
        <w:tc>
          <w:tcPr>
            <w:tcW w:type="dxa" w:w="3154"/>
          </w:tcPr>
          <w:p/>
        </w:tc>
        <w:tc>
          <w:tcPr>
            <w:tcW w:type="dxa" w:w="1472"/>
          </w:tcPr>
          <w:p/>
        </w:tc>
      </w:tr>
      <w:tr>
        <w:tc>
          <w:tcPr>
            <w:tcW w:type="dxa" w:w="2733"/>
          </w:tcPr>
          <w:p>
            <w:r>
              <w:t>Tub / shower</w:t>
            </w:r>
          </w:p>
        </w:tc>
        <w:tc>
          <w:tcPr>
            <w:tcW w:type="dxa" w:w="3154"/>
          </w:tcPr>
          <w:p/>
        </w:tc>
        <w:tc>
          <w:tcPr>
            <w:tcW w:type="dxa" w:w="3154"/>
          </w:tcPr>
          <w:p/>
        </w:tc>
        <w:tc>
          <w:tcPr>
            <w:tcW w:type="dxa" w:w="1472"/>
          </w:tcPr>
          <w:p/>
        </w:tc>
      </w:tr>
      <w:tr>
        <w:tc>
          <w:tcPr>
            <w:tcW w:type="dxa" w:w="2733"/>
          </w:tcPr>
          <w:p>
            <w:r>
              <w:t>Toilet</w:t>
            </w:r>
          </w:p>
        </w:tc>
        <w:tc>
          <w:tcPr>
            <w:tcW w:type="dxa" w:w="3154"/>
          </w:tcPr>
          <w:p/>
        </w:tc>
        <w:tc>
          <w:tcPr>
            <w:tcW w:type="dxa" w:w="3154"/>
          </w:tcPr>
          <w:p/>
        </w:tc>
        <w:tc>
          <w:tcPr>
            <w:tcW w:type="dxa" w:w="1472"/>
          </w:tcPr>
          <w:p/>
        </w:tc>
      </w:tr>
      <w:tr>
        <w:tc>
          <w:tcPr>
            <w:tcW w:type="dxa" w:w="2733"/>
          </w:tcPr>
          <w:p>
            <w:r>
              <w:t>Sink, vanity, mirror</w:t>
            </w:r>
          </w:p>
        </w:tc>
        <w:tc>
          <w:tcPr>
            <w:tcW w:type="dxa" w:w="3154"/>
          </w:tcPr>
          <w:p/>
        </w:tc>
        <w:tc>
          <w:tcPr>
            <w:tcW w:type="dxa" w:w="3154"/>
          </w:tcPr>
          <w:p/>
        </w:tc>
        <w:tc>
          <w:tcPr>
            <w:tcW w:type="dxa" w:w="1472"/>
          </w:tcPr>
          <w:p/>
        </w:tc>
      </w:tr>
      <w:tr>
        <w:tc>
          <w:tcPr>
            <w:tcW w:type="dxa" w:w="2733"/>
          </w:tcPr>
          <w:p>
            <w:r>
              <w:t>Exhaust fan</w:t>
            </w:r>
          </w:p>
        </w:tc>
        <w:tc>
          <w:tcPr>
            <w:tcW w:type="dxa" w:w="3154"/>
          </w:tcPr>
          <w:p/>
        </w:tc>
        <w:tc>
          <w:tcPr>
            <w:tcW w:type="dxa" w:w="3154"/>
          </w:tcPr>
          <w:p/>
        </w:tc>
        <w:tc>
          <w:tcPr>
            <w:tcW w:type="dxa" w:w="1472"/>
          </w:tcPr>
          <w:p/>
        </w:tc>
      </w:tr>
    </w:tbl>
    <w:p>
      <w:pPr>
        <w:spacing w:before="200"/>
      </w:pPr>
      <w:r>
        <w:rPr>
          <w:b/>
          <w:sz w:val="18"/>
        </w:rPr>
        <w:t>BEDROOM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733"/>
          </w:tcPr>
          <w:p>
            <w:r>
              <w:rPr>
                <w:b/>
              </w:rPr>
              <w:t>Item</w:t>
            </w:r>
          </w:p>
        </w:tc>
        <w:tc>
          <w:tcPr>
            <w:tcW w:type="dxa" w:w="3154"/>
          </w:tcPr>
          <w:p>
            <w:r>
              <w:rPr>
                <w:b/>
              </w:rPr>
              <w:t>Move-in condition</w:t>
            </w:r>
          </w:p>
        </w:tc>
        <w:tc>
          <w:tcPr>
            <w:tcW w:type="dxa" w:w="3154"/>
          </w:tcPr>
          <w:p>
            <w:r>
              <w:rPr>
                <w:b/>
              </w:rPr>
              <w:t>Move-out condition</w:t>
            </w:r>
          </w:p>
        </w:tc>
        <w:tc>
          <w:tcPr>
            <w:tcW w:type="dxa" w:w="1472"/>
          </w:tcPr>
          <w:p>
            <w:r>
              <w:rPr>
                <w:b/>
              </w:rPr>
              <w:t>Photo #</w:t>
            </w:r>
          </w:p>
        </w:tc>
      </w:tr>
      <w:tr>
        <w:tc>
          <w:tcPr>
            <w:tcW w:type="dxa" w:w="2733"/>
          </w:tcPr>
          <w:p>
            <w:r>
              <w:t>Walls and ceiling</w:t>
            </w:r>
          </w:p>
        </w:tc>
        <w:tc>
          <w:tcPr>
            <w:tcW w:type="dxa" w:w="3154"/>
          </w:tcPr>
          <w:p/>
        </w:tc>
        <w:tc>
          <w:tcPr>
            <w:tcW w:type="dxa" w:w="3154"/>
          </w:tcPr>
          <w:p/>
        </w:tc>
        <w:tc>
          <w:tcPr>
            <w:tcW w:type="dxa" w:w="1472"/>
          </w:tcPr>
          <w:p/>
        </w:tc>
      </w:tr>
      <w:tr>
        <w:tc>
          <w:tcPr>
            <w:tcW w:type="dxa" w:w="2733"/>
          </w:tcPr>
          <w:p>
            <w:r>
              <w:t>Floor / carpet</w:t>
            </w:r>
          </w:p>
        </w:tc>
        <w:tc>
          <w:tcPr>
            <w:tcW w:type="dxa" w:w="3154"/>
          </w:tcPr>
          <w:p/>
        </w:tc>
        <w:tc>
          <w:tcPr>
            <w:tcW w:type="dxa" w:w="3154"/>
          </w:tcPr>
          <w:p/>
        </w:tc>
        <w:tc>
          <w:tcPr>
            <w:tcW w:type="dxa" w:w="1472"/>
          </w:tcPr>
          <w:p/>
        </w:tc>
      </w:tr>
      <w:tr>
        <w:tc>
          <w:tcPr>
            <w:tcW w:type="dxa" w:w="2733"/>
          </w:tcPr>
          <w:p>
            <w:r>
              <w:t>Closet, doors</w:t>
            </w:r>
          </w:p>
        </w:tc>
        <w:tc>
          <w:tcPr>
            <w:tcW w:type="dxa" w:w="3154"/>
          </w:tcPr>
          <w:p/>
        </w:tc>
        <w:tc>
          <w:tcPr>
            <w:tcW w:type="dxa" w:w="3154"/>
          </w:tcPr>
          <w:p/>
        </w:tc>
        <w:tc>
          <w:tcPr>
            <w:tcW w:type="dxa" w:w="1472"/>
          </w:tcPr>
          <w:p/>
        </w:tc>
      </w:tr>
      <w:tr>
        <w:tc>
          <w:tcPr>
            <w:tcW w:type="dxa" w:w="2733"/>
          </w:tcPr>
          <w:p>
            <w:r>
              <w:t>Windows, blinds</w:t>
            </w:r>
          </w:p>
        </w:tc>
        <w:tc>
          <w:tcPr>
            <w:tcW w:type="dxa" w:w="3154"/>
          </w:tcPr>
          <w:p/>
        </w:tc>
        <w:tc>
          <w:tcPr>
            <w:tcW w:type="dxa" w:w="3154"/>
          </w:tcPr>
          <w:p/>
        </w:tc>
        <w:tc>
          <w:tcPr>
            <w:tcW w:type="dxa" w:w="1472"/>
          </w:tcPr>
          <w:p/>
        </w:tc>
      </w:tr>
      <w:tr>
        <w:tc>
          <w:tcPr>
            <w:tcW w:type="dxa" w:w="2733"/>
          </w:tcPr>
          <w:p>
            <w:r>
              <w:t>Lights, outlets</w:t>
            </w:r>
          </w:p>
        </w:tc>
        <w:tc>
          <w:tcPr>
            <w:tcW w:type="dxa" w:w="3154"/>
          </w:tcPr>
          <w:p/>
        </w:tc>
        <w:tc>
          <w:tcPr>
            <w:tcW w:type="dxa" w:w="3154"/>
          </w:tcPr>
          <w:p/>
        </w:tc>
        <w:tc>
          <w:tcPr>
            <w:tcW w:type="dxa" w:w="1472"/>
          </w:tcPr>
          <w:p/>
        </w:tc>
      </w:tr>
    </w:tbl>
    <w:p>
      <w:pPr>
        <w:spacing w:before="200"/>
      </w:pPr>
      <w:r>
        <w:rPr>
          <w:b/>
          <w:sz w:val="18"/>
        </w:rPr>
        <w:t>KEYS AND METERS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</w:tcPr>
          <w:p>
            <w:r>
              <w:rPr>
                <w:b/>
              </w:rPr>
              <w:t>Keys / fobs handed over</w:t>
            </w:r>
          </w:p>
        </w:tc>
        <w:tc>
          <w:tcPr>
            <w:tcW w:type="dxa" w:w="2628"/>
          </w:tcPr>
          <w:p/>
        </w:tc>
        <w:tc>
          <w:tcPr>
            <w:tcW w:type="dxa" w:w="2628"/>
          </w:tcPr>
          <w:p>
            <w:r>
              <w:rPr>
                <w:b/>
              </w:rPr>
              <w:t>Keys returned</w:t>
            </w:r>
          </w:p>
        </w:tc>
        <w:tc>
          <w:tcPr>
            <w:tcW w:type="dxa" w:w="2628"/>
          </w:tcPr>
          <w:p/>
        </w:tc>
      </w:tr>
      <w:tr>
        <w:tc>
          <w:tcPr>
            <w:tcW w:type="dxa" w:w="2628"/>
          </w:tcPr>
          <w:p>
            <w:r>
              <w:rPr>
                <w:b/>
              </w:rPr>
              <w:t>Electric meter reading</w:t>
            </w:r>
          </w:p>
        </w:tc>
        <w:tc>
          <w:tcPr>
            <w:tcW w:type="dxa" w:w="2628"/>
          </w:tcPr>
          <w:p/>
        </w:tc>
        <w:tc>
          <w:tcPr>
            <w:tcW w:type="dxa" w:w="2628"/>
          </w:tcPr>
          <w:p>
            <w:r>
              <w:rPr>
                <w:b/>
              </w:rPr>
              <w:t>Gas / water reading</w:t>
            </w:r>
          </w:p>
        </w:tc>
        <w:tc>
          <w:tcPr>
            <w:tcW w:type="dxa" w:w="2628"/>
          </w:tcPr>
          <w:p/>
        </w:tc>
      </w:tr>
    </w:tbl>
    <w:p>
      <w:pPr>
        <w:spacing w:before="200"/>
      </w:pPr>
      <w:r>
        <w:rPr>
          <w:b/>
          <w:sz w:val="18"/>
        </w:rPr>
        <w:t>OTHER NOTES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512"/>
      </w:tblGrid>
      <w:tr>
        <w:tc>
          <w:tcPr>
            <w:tcW w:type="dxa" w:w="10512"/>
          </w:tcPr>
          <w:p>
            <w:r>
              <w:br/>
              <w:br/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br/>
              <w:br/>
              <w:t>______________________________</w:t>
            </w:r>
          </w:p>
        </w:tc>
        <w:tc>
          <w:tcPr>
            <w:tcW w:type="dxa" w:w="5256"/>
          </w:tcPr>
          <w:p>
            <w:r>
              <w:br/>
              <w:br/>
              <w:t>______________________________</w:t>
            </w:r>
          </w:p>
        </w:tc>
      </w:tr>
      <w:tr>
        <w:tc>
          <w:tcPr>
            <w:tcW w:type="dxa" w:w="5256"/>
          </w:tcPr>
          <w:p>
            <w:r>
              <w:t>Tenant — name, signature, date</w:t>
            </w:r>
          </w:p>
        </w:tc>
        <w:tc>
          <w:tcPr>
            <w:tcW w:type="dxa" w:w="5256"/>
          </w:tcPr>
          <w:p>
            <w:r>
              <w:t>Landlord / property manager — name, signature, date</w:t>
            </w:r>
          </w:p>
        </w:tc>
      </w:tr>
    </w:tbl>
    <w:p>
      <w:r>
        <w:rPr>
          <w:color w:val="6B7280"/>
          <w:sz w:val="15"/>
        </w:rPr>
        <w:t>Free template from vraylo.com · Fill it in on your phone and send the PDF: Rental Inspection: Move In/Out on the App Store</w:t>
      </w:r>
    </w:p>
    <w:sectPr w:rsidR="00FC693F" w:rsidRPr="0006063C" w:rsidSect="00034616">
      <w:pgSz w:w="12240" w:h="15840"/>
      <w:pgMar w:top="864" w:right="864" w:bottom="864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