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CHANGE ORDER FORM</w:t>
      </w:r>
    </w:p>
    <w:p>
      <w:r>
        <w:rPr>
          <w:color w:val="6B7280"/>
          <w:sz w:val="17"/>
        </w:rPr>
        <w:t>Written approval of a change to scope, price or schedule — signed before the extra work starts</w:t>
      </w:r>
    </w:p>
    <w:p>
      <w:pPr>
        <w:spacing w:before="200"/>
      </w:pPr>
      <w:r>
        <w:rPr>
          <w:b/>
          <w:sz w:val="18"/>
        </w:rPr>
        <w:t>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Change order no.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Job address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Owner / client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Contractor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Original contract date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Requested by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DESCRIPTION OF CHANGE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REASON FOR CHANGE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COST OF THE CHANGE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4836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682"/>
          </w:tcPr>
          <w:p>
            <w:r>
              <w:rPr>
                <w:b/>
              </w:rPr>
              <w:t>Qty / hours</w:t>
            </w:r>
          </w:p>
        </w:tc>
        <w:tc>
          <w:tcPr>
            <w:tcW w:type="dxa" w:w="1892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</w:tbl>
    <w:p>
      <w:pPr>
        <w:spacing w:before="200"/>
      </w:pPr>
      <w:r>
        <w:rPr>
          <w:b/>
          <w:sz w:val="18"/>
        </w:rPr>
        <w:t>CONTRACT SUM AND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Original contract sum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Previous change orders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This change order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New contract sum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Schedule change (working days)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New completion date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TERMS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256"/>
          </w:tcPr>
          <w:p>
            <w:r>
              <w:t>Contractor — name, signature, date</w:t>
            </w:r>
          </w:p>
        </w:tc>
        <w:tc>
          <w:tcPr>
            <w:tcW w:type="dxa" w:w="5256"/>
          </w:tcPr>
          <w:p>
            <w:r>
              <w:t>Owner / client — name, signature, date</w:t>
            </w:r>
          </w:p>
        </w:tc>
      </w:tr>
    </w:tbl>
    <w:p>
      <w:r>
        <w:rPr>
          <w:color w:val="6B7280"/>
          <w:sz w:val="15"/>
        </w:rPr>
        <w:t>Free template from vraylo.com · Fill it in on your phone and send the PDF: Change Order Form: T&amp;M Ticket on the App Store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